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A8F9D"/>
          <w:sz w:val="18"/>
        </w:rPr>
        <w:t>KŌKIRI LAB · INQUIRY WORLD 2 · BIODIVERSITY AND DISCOVERY · STUDENT WORKSHEETS</w:t>
      </w:r>
    </w:p>
    <w:p>
      <w:pPr>
        <w:pStyle w:val="Title"/>
      </w:pPr>
      <w:r>
        <w:t>Biodiversity and Discovery: Student Worksheets</w:t>
      </w:r>
    </w:p>
    <w:p>
      <w:r>
        <w:t>Mission: Bug Detectives: what lives here, and how sure can we be?</w:t>
      </w:r>
    </w:p>
    <w:p>
      <w:r>
        <w:t>Name: ____________________   Group: ______________</w:t>
      </w:r>
    </w:p>
    <w:p>
      <w:r>
        <w:br w:type="page"/>
      </w:r>
    </w:p>
    <w:p>
      <w:pPr>
        <w:pStyle w:val="Heading2"/>
      </w:pPr>
      <w:r>
        <w:t>Sheet 1: Hook: the hidden majority</w:t>
      </w:r>
    </w:p>
    <w:p>
      <w:r>
        <w:rPr>
          <w:b/>
        </w:rPr>
        <w:t>Today we will:</w:t>
      </w:r>
      <w:r>
        <w:t xml:space="preserve"> Notice how much life is hidden in leaf litter and raise questions about what lives at school.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Tip leaf litter onto trays: how many kinds can you find in 5 minutes?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Share counts; start the class question board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Mission briefing: Bug Detectives; what we will find out and who it is for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Picture ID strip; count only 'different-looking' animals.</w:t>
      </w:r>
    </w:p>
    <w:p>
      <w:r>
        <w:rPr>
          <w:b/>
        </w:rPr>
        <w:t>Want a challenge?</w:t>
      </w:r>
      <w:r>
        <w:t xml:space="preserve"> Sort finds into groups and name a feature for each group.</w:t>
      </w:r>
    </w:p>
    <w:p>
      <w:r>
        <w:br w:type="page"/>
      </w:r>
    </w:p>
    <w:p>
      <w:pPr>
        <w:pStyle w:val="Heading2"/>
      </w:pPr>
      <w:r>
        <w:t>Sheet 2: Adaptations and a fair survey</w:t>
      </w:r>
    </w:p>
    <w:p>
      <w:r>
        <w:rPr>
          <w:b/>
        </w:rPr>
        <w:t>Today we will:</w:t>
      </w:r>
      <w:r>
        <w:t xml:space="preserve"> Name structural, behavioural and physiological adaptations; plan a fair two-habitat survey.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Teach: three types of adaptation with photo examples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Diagnose the unfair survey: what went wrong and how would you fix it?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Groups plan the survey: method, traps, time, what stays the same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Set pitfall traps in both habitats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Exit: one thing we keep the same so the comparison is fair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Tick-box survey plan.</w:t>
      </w:r>
    </w:p>
    <w:p>
      <w:r>
        <w:rPr>
          <w:b/>
        </w:rPr>
        <w:t>Want a challenge?</w:t>
      </w:r>
      <w:r>
        <w:t xml:space="preserve"> Add a third habitat or a time-of-day comparison.</w:t>
      </w:r>
    </w:p>
    <w:p>
      <w:r>
        <w:br w:type="page"/>
      </w:r>
    </w:p>
    <w:p>
      <w:pPr>
        <w:pStyle w:val="Heading2"/>
      </w:pPr>
      <w:r>
        <w:t>Sheet 3: Field day</w:t>
      </w:r>
    </w:p>
    <w:p>
      <w:r>
        <w:rPr>
          <w:b/>
        </w:rPr>
        <w:t>Today we will:</w:t>
      </w:r>
      <w:r>
        <w:t xml:space="preserve"> Collect invertebrate evidence from two habitats using the same method.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Safety and handling rules (release animals where found)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Empty traps and sample leaf litter in both habitats; record kinds and counts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Close-up look at adaptations with hand lenses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Upload light-trap photos (if the night ran) with site, date, method and effort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Partner roles: finder and recorder; first row of the table filled in.</w:t>
      </w:r>
    </w:p>
    <w:p>
      <w:r>
        <w:rPr>
          <w:b/>
        </w:rPr>
        <w:t>Want a challenge?</w:t>
      </w:r>
      <w:r>
        <w:t xml:space="preserve"> Record shade, damp and temperature for each trap.</w:t>
      </w:r>
    </w:p>
    <w:p>
      <w:r>
        <w:br w:type="page"/>
      </w:r>
    </w:p>
    <w:p>
      <w:pPr>
        <w:pStyle w:val="Heading2"/>
      </w:pPr>
      <w:r>
        <w:t>Sheet 4: Sort and key</w:t>
      </w:r>
    </w:p>
    <w:p>
      <w:r>
        <w:rPr>
          <w:b/>
        </w:rPr>
        <w:t>Today we will:</w:t>
      </w:r>
      <w:r>
        <w:t xml:space="preserve"> Organise evidence about organisms into groups and build a yes/no key.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Sort specimens by features you can see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Compare two groups' sorting systems: which is more useful, and why?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Build a yes/no key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Test your key on another group's specimen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Exit: what made a key question useful?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Start from the two-question key starter.</w:t>
      </w:r>
    </w:p>
    <w:p>
      <w:r>
        <w:rPr>
          <w:b/>
        </w:rPr>
        <w:t>Want a challenge?</w:t>
      </w:r>
      <w:r>
        <w:t xml:space="preserve"> Key that works for 10 or more specimens.</w:t>
      </w:r>
    </w:p>
    <w:p>
      <w:r>
        <w:br w:type="page"/>
      </w:r>
    </w:p>
    <w:p>
      <w:pPr>
        <w:pStyle w:val="Heading2"/>
      </w:pPr>
      <w:r>
        <w:t>Sheet 5: Cells up close</w:t>
      </w:r>
    </w:p>
    <w:p>
      <w:r>
        <w:rPr>
          <w:b/>
        </w:rPr>
        <w:t>Today we will:</w:t>
      </w:r>
      <w:r>
        <w:t xml:space="preserve"> Find patterns in cell structures; compare plant, animal and single-celled organisms.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Microscope skills and safety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Observe three samples; draw only what you see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Complete the cell comparison table; link specialisation to function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Share one pattern you noticed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Picture steps for focusing; labelled example drawing.</w:t>
      </w:r>
    </w:p>
    <w:p>
      <w:r>
        <w:rPr>
          <w:b/>
        </w:rPr>
        <w:t>Want a challenge?</w:t>
      </w:r>
      <w:r>
        <w:t xml:space="preserve"> Explain why root hair and muscle cells look different.</w:t>
      </w:r>
    </w:p>
    <w:p>
      <w:r>
        <w:br w:type="page"/>
      </w:r>
    </w:p>
    <w:p>
      <w:pPr>
        <w:pStyle w:val="Heading2"/>
      </w:pPr>
      <w:r>
        <w:t>Sheet 6: Which habitat has more life?</w:t>
      </w:r>
    </w:p>
    <w:p>
      <w:r>
        <w:rPr>
          <w:b/>
        </w:rPr>
        <w:t>Today we will:</w:t>
      </w:r>
      <w:r>
        <w:t xml:space="preserve"> Make an evidence-based finding comparing habitats and say how sure we are.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Combine class data: richness vs abundance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Interpret: which habitat has more life? What is the evidence?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Uncertainty: what could we have missed (effort, timing, method)?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Next step: what would make the claim stronger?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Sentence starters; one comparison only.</w:t>
      </w:r>
    </w:p>
    <w:p>
      <w:r>
        <w:rPr>
          <w:b/>
        </w:rPr>
        <w:t>Want a challenge?</w:t>
      </w:r>
      <w:r>
        <w:t xml:space="preserve"> Explain how sampling effort could change the result.</w:t>
      </w:r>
    </w:p>
    <w:p>
      <w:r>
        <w:br w:type="page"/>
      </w:r>
    </w:p>
    <w:p>
      <w:pPr>
        <w:pStyle w:val="Heading2"/>
      </w:pPr>
      <w:r>
        <w:t>Sheet 7: Can we trust the machine?</w:t>
      </w:r>
    </w:p>
    <w:p>
      <w:r>
        <w:rPr>
          <w:b/>
        </w:rPr>
        <w:t>Today we will:</w:t>
      </w:r>
      <w:r>
        <w:t xml:space="preserve"> Test MaramaTrap's AI identifications against our own and an expert's, and evaluate its confidence.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What does 'confidence' mean for an AI?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Audit: our ID, AI ID and confidence, expert ID, agree?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Evaluate: when is high confidence wrong? when is low right?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Write the class trust rule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5 photos with the expert answers given.</w:t>
      </w:r>
    </w:p>
    <w:p>
      <w:r>
        <w:rPr>
          <w:b/>
        </w:rPr>
        <w:t>Want a challenge?</w:t>
      </w:r>
      <w:r>
        <w:t xml:space="preserve"> Test photo quality against AI confidence.</w:t>
      </w:r>
    </w:p>
    <w:p>
      <w:r>
        <w:br w:type="page"/>
      </w:r>
    </w:p>
    <w:p>
      <w:pPr>
        <w:pStyle w:val="Heading2"/>
      </w:pPr>
      <w:r>
        <w:t>Sheet 8: Field guide pages and adaptation model</w:t>
      </w:r>
    </w:p>
    <w:p>
      <w:r>
        <w:rPr>
          <w:b/>
        </w:rPr>
        <w:t>Today we will:</w:t>
      </w:r>
      <w:r>
        <w:t xml:space="preserve"> Create field guide pages explaining adaptations; improve them after another group tests them.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Make a field guide page: organism, adaptation, why it helps here, ID tips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Another group tries to identify an animal using your page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Refine the page from their feedback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Plan the share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Page template with prompts.</w:t>
      </w:r>
    </w:p>
    <w:p>
      <w:r>
        <w:rPr>
          <w:b/>
        </w:rPr>
        <w:t>Want a challenge?</w:t>
      </w:r>
      <w:r>
        <w:t xml:space="preserve"> Add a note on heritable variation and selection.</w:t>
      </w:r>
    </w:p>
    <w:p>
      <w:r>
        <w:br w:type="page"/>
      </w:r>
    </w:p>
    <w:p>
      <w:pPr>
        <w:pStyle w:val="Heading2"/>
      </w:pPr>
      <w:r>
        <w:t>Sheet 9: Share</w:t>
      </w:r>
    </w:p>
    <w:p>
      <w:r>
        <w:rPr>
          <w:b/>
        </w:rPr>
        <w:t>Today we will:</w:t>
      </w:r>
      <w:r>
        <w:t xml:space="preserve"> Explain an adaptation with evidence and present the AI trust rule to a real audience.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Rehearse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Present: adaptation explanation, AI trust rule, field guide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Reflection: what changed my mind?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Speaking cards.</w:t>
      </w:r>
    </w:p>
    <w:p>
      <w:r>
        <w:rPr>
          <w:b/>
        </w:rPr>
        <w:t>Want a challenge?</w:t>
      </w:r>
      <w:r>
        <w:t xml:space="preserve"> Answer an audience question about uncertainty.</w:t>
      </w:r>
    </w:p>
    <w:p>
      <w:r>
        <w:br w:type="page"/>
      </w:r>
    </w:p>
    <w:p>
      <w:pPr>
        <w:pStyle w:val="Heading2"/>
      </w:pPr>
      <w:r>
        <w:t>Sheet 10: My reflection</w:t>
      </w:r>
    </w:p>
    <w:p>
      <w:r>
        <w:t>The most important thing I found out: ______________________________________</w:t>
      </w:r>
    </w:p>
    <w:p>
      <w:r>
        <w:t>Something that changed my mind: ______________________________________</w:t>
      </w:r>
    </w:p>
    <w:p>
      <w:r>
        <w:t>What I would investigate next: ______________________________________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F355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F355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F3559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F3559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