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8F9D"/>
          <w:sz w:val="18"/>
        </w:rPr>
        <w:t>KŌKIRI LAB · INQUIRY WORLD 3 · ECOSYSTEM HEALTH AND RESTORATION · STUDENT WORKSHEETS</w:t>
      </w:r>
    </w:p>
    <w:p>
      <w:pPr>
        <w:pStyle w:val="Title"/>
      </w:pPr>
      <w:r>
        <w:t>Ecosystem Health and Restoration: Student Worksheets</w:t>
      </w:r>
    </w:p>
    <w:p>
      <w:r>
        <w:t>Mission: Awa Health Check: is our stream healthy, and how would we know?</w:t>
      </w:r>
    </w:p>
    <w:p>
      <w:r>
        <w:t>Name: ____________________   Group: ______________</w:t>
      </w:r>
    </w:p>
    <w:p>
      <w:r>
        <w:br w:type="page"/>
      </w:r>
    </w:p>
    <w:p>
      <w:pPr>
        <w:pStyle w:val="Heading2"/>
      </w:pPr>
      <w:r>
        <w:t>Sheet 1: Hook: two waterways</w:t>
      </w:r>
    </w:p>
    <w:p>
      <w:r>
        <w:rPr>
          <w:b/>
        </w:rPr>
        <w:t>Today we will:</w:t>
      </w:r>
      <w:r>
        <w:t xml:space="preserve"> Raise the question of how we know whether a waterway is healthy.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Which waterway is healthier? Vote and give a reason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What would we need to measure to know?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Meet AwaKai: our own small ecosystem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Picture prompt cards.</w:t>
      </w:r>
    </w:p>
    <w:p>
      <w:r>
        <w:rPr>
          <w:b/>
        </w:rPr>
        <w:t>Want a challenge?</w:t>
      </w:r>
      <w:r>
        <w:t xml:space="preserve"> List three different measurements and why each matters.</w:t>
      </w:r>
    </w:p>
    <w:p>
      <w:r>
        <w:br w:type="page"/>
      </w:r>
    </w:p>
    <w:p>
      <w:pPr>
        <w:pStyle w:val="Heading2"/>
      </w:pPr>
      <w:r>
        <w:t>Sheet 2: Who eats whom?</w:t>
      </w:r>
    </w:p>
    <w:p>
      <w:r>
        <w:rPr>
          <w:b/>
        </w:rPr>
        <w:t>Today we will:</w:t>
      </w:r>
      <w:r>
        <w:t xml:space="preserve"> Represent food webs with producers, consumers and decomposers; name relationships.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Teach: producers, consumers, decomposers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Pattern-seeking across three food webs: count each role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Name predator–prey, mutualism and parasitism examples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If one species disappeared, what would change?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Place decomposition bags in leaf litter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Cut-out cards to arrange.</w:t>
      </w:r>
    </w:p>
    <w:p>
      <w:r>
        <w:rPr>
          <w:b/>
        </w:rPr>
        <w:t>Want a challenge?</w:t>
      </w:r>
      <w:r>
        <w:t xml:space="preserve"> Explain why there are few top predators.</w:t>
      </w:r>
    </w:p>
    <w:p>
      <w:r>
        <w:br w:type="page"/>
      </w:r>
    </w:p>
    <w:p>
      <w:pPr>
        <w:pStyle w:val="Heading2"/>
      </w:pPr>
      <w:r>
        <w:t>Sheet 3: Measuring the non-living</w:t>
      </w:r>
    </w:p>
    <w:p>
      <w:r>
        <w:rPr>
          <w:b/>
        </w:rPr>
        <w:t>Today we will:</w:t>
      </w:r>
      <w:r>
        <w:t xml:space="preserve"> Practise quadrats, transects and water tests; spot an unfair measurement.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Diagnose an unfair measurement (readings at different times of day)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Transect from shade to sun: light, temperature, soil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Water tests on AwaKai: 3 repeats each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Did our repeats agree? Why or why not?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Picture instruction cards; partner reads, partner records.</w:t>
      </w:r>
    </w:p>
    <w:p>
      <w:r>
        <w:rPr>
          <w:b/>
        </w:rPr>
        <w:t>Want a challenge?</w:t>
      </w:r>
      <w:r>
        <w:t xml:space="preserve"> Explain the spread in repeated readings.</w:t>
      </w:r>
    </w:p>
    <w:p>
      <w:r>
        <w:br w:type="page"/>
      </w:r>
    </w:p>
    <w:p>
      <w:pPr>
        <w:pStyle w:val="Heading2"/>
      </w:pPr>
      <w:r>
        <w:t>Sheet 4: Field day (longer session if possible)</w:t>
      </w:r>
    </w:p>
    <w:p>
      <w:r>
        <w:rPr>
          <w:b/>
        </w:rPr>
        <w:t>Today we will:</w:t>
      </w:r>
      <w:r>
        <w:t xml:space="preserve"> Gather abiotic and biotic evidence at two stream sites.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Safety briefing at the site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Water readings ×3 at each site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Kick-net sample; sort sensitive / middle / tolerant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Streamside quadrat and site notes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Field-day picture steps.</w:t>
      </w:r>
    </w:p>
    <w:p>
      <w:r>
        <w:rPr>
          <w:b/>
        </w:rPr>
        <w:t>Want a challenge?</w:t>
      </w:r>
      <w:r>
        <w:t xml:space="preserve"> Compare upstream and downstream in one sentence with numbers.</w:t>
      </w:r>
    </w:p>
    <w:p>
      <w:r>
        <w:br w:type="page"/>
      </w:r>
    </w:p>
    <w:p>
      <w:pPr>
        <w:pStyle w:val="Heading2"/>
      </w:pPr>
      <w:r>
        <w:t>Sheet 5: Making sense</w:t>
      </w:r>
    </w:p>
    <w:p>
      <w:r>
        <w:rPr>
          <w:b/>
        </w:rPr>
        <w:t>Today we will:</w:t>
      </w:r>
      <w:r>
        <w:t xml:space="preserve"> Link abiotic and biotic evidence in a system map and state a finding.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Build the system map with +/− arrows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Which site is healthier? Evidence?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What else could explain it?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Next step: what should our monitoring watch?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Link 3 given factors.</w:t>
      </w:r>
    </w:p>
    <w:p>
      <w:r>
        <w:rPr>
          <w:b/>
        </w:rPr>
        <w:t>Want a challenge?</w:t>
      </w:r>
      <w:r>
        <w:t xml:space="preserve"> Include a feedback loop.</w:t>
      </w:r>
    </w:p>
    <w:p>
      <w:r>
        <w:br w:type="page"/>
      </w:r>
    </w:p>
    <w:p>
      <w:pPr>
        <w:pStyle w:val="Heading2"/>
      </w:pPr>
      <w:r>
        <w:t>Sheet 6: Design a monitoring method</w:t>
      </w:r>
    </w:p>
    <w:p>
      <w:r>
        <w:rPr>
          <w:b/>
        </w:rPr>
        <w:t>Today we will:</w:t>
      </w:r>
      <w:r>
        <w:t xml:space="preserve"> Design a monitoring method and test whether repeated readings agree.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Frame: a group needs to know if restoration works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Options: what to measure, how often, repeats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Reliability test on AwaKai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 method v1 and results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Choose from three ready-made methods.</w:t>
      </w:r>
    </w:p>
    <w:p>
      <w:r>
        <w:rPr>
          <w:b/>
        </w:rPr>
        <w:t>Want a challenge?</w:t>
      </w:r>
      <w:r>
        <w:t xml:space="preserve"> Estimate the cost of the kit.</w:t>
      </w:r>
    </w:p>
    <w:p>
      <w:r>
        <w:br w:type="page"/>
      </w:r>
    </w:p>
    <w:p>
      <w:pPr>
        <w:pStyle w:val="Heading2"/>
      </w:pPr>
      <w:r>
        <w:t>Sheet 7: Does it detect change?</w:t>
      </w:r>
    </w:p>
    <w:p>
      <w:r>
        <w:rPr>
          <w:b/>
        </w:rPr>
        <w:t>Today we will:</w:t>
      </w:r>
      <w:r>
        <w:t xml:space="preserve"> Test the method on a known change.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Predict what should change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Run the method before and after the change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Did it detect the change?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 results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One measure only.</w:t>
      </w:r>
    </w:p>
    <w:p>
      <w:r>
        <w:rPr>
          <w:b/>
        </w:rPr>
        <w:t>Want a challenge?</w:t>
      </w:r>
      <w:r>
        <w:t xml:space="preserve"> Compare spot readings with a logger.</w:t>
      </w:r>
    </w:p>
    <w:p>
      <w:r>
        <w:br w:type="page"/>
      </w:r>
    </w:p>
    <w:p>
      <w:pPr>
        <w:pStyle w:val="Heading2"/>
      </w:pPr>
      <w:r>
        <w:t>Sheet 8: Improve the method and plan restoration</w:t>
      </w:r>
    </w:p>
    <w:p>
      <w:r>
        <w:rPr>
          <w:b/>
        </w:rPr>
        <w:t>Today we will:</w:t>
      </w:r>
      <w:r>
        <w:t xml:space="preserve"> Refine the method from evidence and draft a restoration idea with a prediction.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Evaluate: what went wrong or right? Change one thing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Draft a restoration idea: action, predicted effect, how to check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Prepare the diagnosis and proposal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Traffic-light diagnosis card.</w:t>
      </w:r>
    </w:p>
    <w:p>
      <w:r>
        <w:rPr>
          <w:b/>
        </w:rPr>
        <w:t>Want a challenge?</w:t>
      </w:r>
      <w:r>
        <w:t xml:space="preserve"> Add an unintended consequence to watch for.</w:t>
      </w:r>
    </w:p>
    <w:p>
      <w:r>
        <w:br w:type="page"/>
      </w:r>
    </w:p>
    <w:p>
      <w:pPr>
        <w:pStyle w:val="Heading2"/>
      </w:pPr>
      <w:r>
        <w:t>Sheet 9: Diagnosis and proposal</w:t>
      </w:r>
    </w:p>
    <w:p>
      <w:r>
        <w:rPr>
          <w:b/>
        </w:rPr>
        <w:t>Today we will:</w:t>
      </w:r>
      <w:r>
        <w:t xml:space="preserve"> Present a diagnosis and restoration proposal to a real audience.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Rehearse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Present diagnosis, evidence, certainty and proposal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Reflection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Speaking cards.</w:t>
      </w:r>
    </w:p>
    <w:p>
      <w:r>
        <w:rPr>
          <w:b/>
        </w:rPr>
        <w:t>Want a challenge?</w:t>
      </w:r>
      <w:r>
        <w:t xml:space="preserve"> Respond to audience questions on uncertainty.</w:t>
      </w:r>
    </w:p>
    <w:p>
      <w:r>
        <w:br w:type="page"/>
      </w:r>
    </w:p>
    <w:p>
      <w:pPr>
        <w:pStyle w:val="Heading2"/>
      </w:pPr>
      <w:r>
        <w:t>Sheet 10: My reflection</w:t>
      </w:r>
    </w:p>
    <w:p>
      <w:r>
        <w:t>The most important thing I found out: ______________________________________</w:t>
      </w:r>
    </w:p>
    <w:p>
      <w:r>
        <w:t>Something that changed my mind: ______________________________________</w:t>
      </w:r>
    </w:p>
    <w:p>
      <w:r>
        <w:t>What I would investigate next: ______________________________________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5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35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35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355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