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8F9D"/>
          <w:sz w:val="18"/>
        </w:rPr>
        <w:t>KŌKIRI LAB · INQUIRY WORLD 4 · EARTH SYSTEMS AND SPACE · STUDENT WORKSHEETS</w:t>
      </w:r>
    </w:p>
    <w:p>
      <w:pPr>
        <w:pStyle w:val="Title"/>
      </w:pPr>
      <w:r>
        <w:t>Earth Systems and Space: Student Worksheets</w:t>
      </w:r>
    </w:p>
    <w:p>
      <w:r>
        <w:t>Mission: Sky and Stone Detectives: knowing what we can't see.</w:t>
      </w:r>
    </w:p>
    <w:p>
      <w:r>
        <w:t>Name: ____________________   Group: ______________</w:t>
      </w:r>
    </w:p>
    <w:p>
      <w:r>
        <w:br w:type="page"/>
      </w:r>
    </w:p>
    <w:p>
      <w:pPr>
        <w:pStyle w:val="Heading2"/>
      </w:pPr>
      <w:r>
        <w:t>Sheet 1: What our Moon Diary shows</w:t>
      </w:r>
    </w:p>
    <w:p>
      <w:r>
        <w:rPr>
          <w:b/>
        </w:rPr>
        <w:t>Today we will:</w:t>
      </w:r>
      <w:r>
        <w:t xml:space="preserve"> Find patterns in the class Moon Diary and make a prediction.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Pool diary data: phase by date, rise times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Patterns: what repeats? how long is a cycle?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Predict next week's phase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Moon Diary tick sheet.</w:t>
      </w:r>
    </w:p>
    <w:p>
      <w:r>
        <w:rPr>
          <w:b/>
        </w:rPr>
        <w:t>Want a challenge?</w:t>
      </w:r>
      <w:r>
        <w:t xml:space="preserve"> Estimate how much later the Moon rises each day.</w:t>
      </w:r>
    </w:p>
    <w:p>
      <w:r>
        <w:br w:type="page"/>
      </w:r>
    </w:p>
    <w:p>
      <w:pPr>
        <w:pStyle w:val="Heading2"/>
      </w:pPr>
      <w:r>
        <w:t>Sheet 2: Why does the Moon change shape?</w:t>
      </w:r>
    </w:p>
    <w:p>
      <w:r>
        <w:rPr>
          <w:b/>
        </w:rPr>
        <w:t>Today we will:</w:t>
      </w:r>
      <w:r>
        <w:t xml:space="preserve"> Use a lamp-and-ball model to explain phases.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Ideas: shadow or viewing angle?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Model: each student is Earth; turn and watch the phases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Draw four positions and what we see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Which idea does the model support?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Picture steps.</w:t>
      </w:r>
    </w:p>
    <w:p>
      <w:r>
        <w:rPr>
          <w:b/>
        </w:rPr>
        <w:t>Want a challenge?</w:t>
      </w:r>
      <w:r>
        <w:t xml:space="preserve"> Model an eclipse and explain why eclipses are rare.</w:t>
      </w:r>
    </w:p>
    <w:p>
      <w:r>
        <w:br w:type="page"/>
      </w:r>
    </w:p>
    <w:p>
      <w:pPr>
        <w:pStyle w:val="Heading2"/>
      </w:pPr>
      <w:r>
        <w:t>Sheet 3: Test the model</w:t>
      </w:r>
    </w:p>
    <w:p>
      <w:r>
        <w:rPr>
          <w:b/>
        </w:rPr>
        <w:t>Today we will:</w:t>
      </w:r>
      <w:r>
        <w:t xml:space="preserve"> Use the model to predict and check a phase a week ahead.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Predict the phase and rise time for a date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Check against the diary or a reliable source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Revise the model where it failed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Record what changed and why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Choose the date from two options.</w:t>
      </w:r>
    </w:p>
    <w:p>
      <w:r>
        <w:rPr>
          <w:b/>
        </w:rPr>
        <w:t>Want a challenge?</w:t>
      </w:r>
      <w:r>
        <w:t xml:space="preserve"> Predict rise time too.</w:t>
      </w:r>
    </w:p>
    <w:p>
      <w:r>
        <w:br w:type="page"/>
      </w:r>
    </w:p>
    <w:p>
      <w:pPr>
        <w:pStyle w:val="Heading2"/>
      </w:pPr>
      <w:r>
        <w:t>Sheet 4: Maramataka</w:t>
      </w:r>
    </w:p>
    <w:p>
      <w:r>
        <w:rPr>
          <w:b/>
        </w:rPr>
        <w:t>Today we will:</w:t>
      </w:r>
      <w:r>
        <w:t xml:space="preserve"> Learn how the Maramataka uses Moon phases and tohu to guide local tasks.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Tikanga for the session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Knowledge-holder session: named nights, tohu, local tasks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Compare with our Moon Diary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Draft a plan for a local task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Planning template.</w:t>
      </w:r>
    </w:p>
    <w:p>
      <w:r>
        <w:rPr>
          <w:b/>
        </w:rPr>
        <w:t>Want a challenge?</w:t>
      </w:r>
      <w:r>
        <w:t xml:space="preserve"> Explain why local observation matters.</w:t>
      </w:r>
    </w:p>
    <w:p>
      <w:r>
        <w:br w:type="page"/>
      </w:r>
    </w:p>
    <w:p>
      <w:pPr>
        <w:pStyle w:val="Heading2"/>
      </w:pPr>
      <w:r>
        <w:t>Sheet 5: What is the Earth made of?</w:t>
      </w:r>
    </w:p>
    <w:p>
      <w:r>
        <w:rPr>
          <w:b/>
        </w:rPr>
        <w:t>Today we will:</w:t>
      </w:r>
      <w:r>
        <w:t xml:space="preserve"> Classify rocks and minerals using observable features and properties.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Safety: goggles for scratch tests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Rock stations: grain, hardness, crystals, layers, fossils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Classify a mystery rock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Three stations with the guided key.</w:t>
      </w:r>
    </w:p>
    <w:p>
      <w:r>
        <w:rPr>
          <w:b/>
        </w:rPr>
        <w:t>Want a challenge?</w:t>
      </w:r>
      <w:r>
        <w:t xml:space="preserve"> Claim, evidence and a rejected alternative.</w:t>
      </w:r>
    </w:p>
    <w:p>
      <w:r>
        <w:br w:type="page"/>
      </w:r>
    </w:p>
    <w:p>
      <w:pPr>
        <w:pStyle w:val="Heading2"/>
      </w:pPr>
      <w:r>
        <w:t>Sheet 6: Rocks change</w:t>
      </w:r>
    </w:p>
    <w:p>
      <w:r>
        <w:rPr>
          <w:b/>
        </w:rPr>
        <w:t>Today we will:</w:t>
      </w:r>
      <w:r>
        <w:t xml:space="preserve"> Model the rock cycle and explain how fossils form.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Teach: three rock types and the rock cycle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Model the rock cycle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How does a shell end up on a hill?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Record the model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Labelled cycle template.</w:t>
      </w:r>
    </w:p>
    <w:p>
      <w:r>
        <w:rPr>
          <w:b/>
        </w:rPr>
        <w:t>Want a challenge?</w:t>
      </w:r>
      <w:r>
        <w:t xml:space="preserve"> Explain a local rock's story.</w:t>
      </w:r>
    </w:p>
    <w:p>
      <w:r>
        <w:br w:type="page"/>
      </w:r>
    </w:p>
    <w:p>
      <w:pPr>
        <w:pStyle w:val="Heading2"/>
      </w:pPr>
      <w:r>
        <w:t>Sheet 7: Properties and uses</w:t>
      </w:r>
    </w:p>
    <w:p>
      <w:r>
        <w:rPr>
          <w:b/>
        </w:rPr>
        <w:t>Today we will:</w:t>
      </w:r>
      <w:r>
        <w:t xml:space="preserve"> Test properties that explain uses (hāngī stones, pounamu); light investigations (reflection and refraction).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Predict which rock suits a hāngī and why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Property tests (teacher-led heating demo)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Reflection and refraction stations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Properties table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Guided properties table.</w:t>
      </w:r>
    </w:p>
    <w:p>
      <w:r>
        <w:rPr>
          <w:b/>
        </w:rPr>
        <w:t>Want a challenge?</w:t>
      </w:r>
      <w:r>
        <w:t xml:space="preserve"> Draw ray diagrams.</w:t>
      </w:r>
    </w:p>
    <w:p>
      <w:r>
        <w:br w:type="page"/>
      </w:r>
    </w:p>
    <w:p>
      <w:pPr>
        <w:pStyle w:val="Heading2"/>
      </w:pPr>
      <w:r>
        <w:t>Sheet 8: Improve and prepare</w:t>
      </w:r>
    </w:p>
    <w:p>
      <w:r>
        <w:rPr>
          <w:b/>
        </w:rPr>
        <w:t>Today we will:</w:t>
      </w:r>
      <w:r>
        <w:t xml:space="preserve"> Refine the model or explanation and prepare the product.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Refine the model or explanation using feedback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Prepare the product: plan, model and explanation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Product checklist.</w:t>
      </w:r>
    </w:p>
    <w:p>
      <w:r>
        <w:rPr>
          <w:b/>
        </w:rPr>
        <w:t>Want a challenge?</w:t>
      </w:r>
      <w:r>
        <w:t xml:space="preserve"> Add an eclipse explanation.</w:t>
      </w:r>
    </w:p>
    <w:p>
      <w:r>
        <w:br w:type="page"/>
      </w:r>
    </w:p>
    <w:p>
      <w:pPr>
        <w:pStyle w:val="Heading2"/>
      </w:pPr>
      <w:r>
        <w:t>Sheet 9: Share</w:t>
      </w:r>
    </w:p>
    <w:p>
      <w:r>
        <w:rPr>
          <w:b/>
        </w:rPr>
        <w:t>Today we will:</w:t>
      </w:r>
      <w:r>
        <w:t xml:space="preserve"> Share the Maramataka plan, model and properties explanation with an audience.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Rehearse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Present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Reflection: how we knew what we couldn't see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Speaking cards.</w:t>
      </w:r>
    </w:p>
    <w:p>
      <w:r>
        <w:rPr>
          <w:b/>
        </w:rPr>
        <w:t>Want a challenge?</w:t>
      </w:r>
      <w:r>
        <w:t xml:space="preserve"> Answer a question about what can't be observed directly.</w:t>
      </w:r>
    </w:p>
    <w:p>
      <w:r>
        <w:br w:type="page"/>
      </w:r>
    </w:p>
    <w:p>
      <w:pPr>
        <w:pStyle w:val="Heading2"/>
      </w:pPr>
      <w:r>
        <w:t>Sheet 10: My reflection</w:t>
      </w:r>
    </w:p>
    <w:p>
      <w:r>
        <w:t>The most important thing I found out: ______________________________________</w:t>
      </w:r>
    </w:p>
    <w:p>
      <w:r>
        <w:t>Something that changed my mind: ______________________________________</w:t>
      </w:r>
    </w:p>
    <w:p>
      <w:r>
        <w:t>What I would investigate next: ______________________________________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355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F35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3559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355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