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8F9D"/>
          <w:sz w:val="18"/>
        </w:rPr>
        <w:t>KŌKIRI LAB · INQUIRY WORLD 5 · EVOLUTION AND ADAPTATION · STUDENT WORKSHEETS</w:t>
      </w:r>
    </w:p>
    <w:p>
      <w:pPr>
        <w:pStyle w:val="Title"/>
      </w:pPr>
      <w:r>
        <w:t>Evolution and Adaptation: Student Worksheets</w:t>
      </w:r>
    </w:p>
    <w:p>
      <w:r>
        <w:t>Mission: Survivors: how do populations change?</w:t>
      </w:r>
    </w:p>
    <w:p>
      <w:r>
        <w:t>Name: ____________________   Group: ______________</w:t>
      </w:r>
    </w:p>
    <w:p>
      <w:r>
        <w:br w:type="page"/>
      </w:r>
    </w:p>
    <w:p>
      <w:pPr>
        <w:pStyle w:val="Heading2"/>
      </w:pPr>
      <w:r>
        <w:t>Sheet 1: Stories in stone</w:t>
      </w:r>
    </w:p>
    <w:p>
      <w:r>
        <w:rPr>
          <w:b/>
        </w:rPr>
        <w:t>Today we will:</w:t>
      </w:r>
      <w:r>
        <w:t xml:space="preserve"> Raise questions about how living things have changed over time.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Fossil table: what could these be? Trilobite vs crocodile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How did giraffes get long necks? (ideas only)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Mission: Survivors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Fossil match cards.</w:t>
      </w:r>
    </w:p>
    <w:p>
      <w:r>
        <w:rPr>
          <w:b/>
        </w:rPr>
        <w:t>Want a challenge?</w:t>
      </w:r>
      <w:r>
        <w:t xml:space="preserve"> Compare Lamarck's idea with evidence.</w:t>
      </w:r>
    </w:p>
    <w:p>
      <w:r>
        <w:br w:type="page"/>
      </w:r>
    </w:p>
    <w:p>
      <w:pPr>
        <w:pStyle w:val="Heading2"/>
      </w:pPr>
      <w:r>
        <w:t>Sheet 2: Reading fossils</w:t>
      </w:r>
    </w:p>
    <w:p>
      <w:r>
        <w:rPr>
          <w:b/>
        </w:rPr>
        <w:t>Today we will:</w:t>
      </w:r>
      <w:r>
        <w:t xml:space="preserve"> Infer an organism's structure and environment from fossil images.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Model an inference from one fossil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Groups infer structure and environment for 4 fossils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Compare inferences between groups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Exit: the feature that told you most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Match fossil to environment cards.</w:t>
      </w:r>
    </w:p>
    <w:p>
      <w:r>
        <w:rPr>
          <w:b/>
        </w:rPr>
        <w:t>Want a challenge?</w:t>
      </w:r>
      <w:r>
        <w:t xml:space="preserve"> Defend one of two competing inferences.</w:t>
      </w:r>
    </w:p>
    <w:p>
      <w:r>
        <w:br w:type="page"/>
      </w:r>
    </w:p>
    <w:p>
      <w:pPr>
        <w:pStyle w:val="Heading2"/>
      </w:pPr>
      <w:r>
        <w:t>Sheet 3: Variation everywhere</w:t>
      </w:r>
    </w:p>
    <w:p>
      <w:r>
        <w:rPr>
          <w:b/>
        </w:rPr>
        <w:t>Today we will:</w:t>
      </w:r>
      <w:r>
        <w:t xml:space="preserve"> Measure and graph variation in a trait.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Why aren't individuals identical?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Measure a trait for 20+ individuals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Graph the spread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Which variation could be inherited?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Pre-drawn graph axes.</w:t>
      </w:r>
    </w:p>
    <w:p>
      <w:r>
        <w:rPr>
          <w:b/>
        </w:rPr>
        <w:t>Want a challenge?</w:t>
      </w:r>
      <w:r>
        <w:t xml:space="preserve"> Describe the shape of the spread.</w:t>
      </w:r>
    </w:p>
    <w:p>
      <w:r>
        <w:br w:type="page"/>
      </w:r>
    </w:p>
    <w:p>
      <w:pPr>
        <w:pStyle w:val="Heading2"/>
      </w:pPr>
      <w:r>
        <w:t>Sheet 4: Selection model</w:t>
      </w:r>
    </w:p>
    <w:p>
      <w:r>
        <w:rPr>
          <w:b/>
        </w:rPr>
        <w:t>Today we will:</w:t>
      </w:r>
      <w:r>
        <w:t xml:space="preserve"> Model natural selection with paper moths on two backgrounds.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Rules of the model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Three generations on two backgrounds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Compare the populations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Exit: what the 'predators' represent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Pre-made tally sheet.</w:t>
      </w:r>
    </w:p>
    <w:p>
      <w:r>
        <w:rPr>
          <w:b/>
        </w:rPr>
        <w:t>Want a challenge?</w:t>
      </w:r>
      <w:r>
        <w:t xml:space="preserve"> Predict generation 5 from the trend.</w:t>
      </w:r>
    </w:p>
    <w:p>
      <w:r>
        <w:br w:type="page"/>
      </w:r>
    </w:p>
    <w:p>
      <w:pPr>
        <w:pStyle w:val="Heading2"/>
      </w:pPr>
      <w:r>
        <w:t>Sheet 5: Does our old claim hold?</w:t>
      </w:r>
    </w:p>
    <w:p>
      <w:r>
        <w:rPr>
          <w:b/>
        </w:rPr>
        <w:t>Today we will:</w:t>
      </w:r>
      <w:r>
        <w:t xml:space="preserve"> Retest a Biodiversity &amp; Discovery claim against new MaramaTrap data.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Read the original claim and its evidence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Compare with new data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Rewrite the claim to fit the evidence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Teacher chooses the claim; yes/no plus one reason.</w:t>
      </w:r>
    </w:p>
    <w:p>
      <w:r>
        <w:rPr>
          <w:b/>
        </w:rPr>
        <w:t>Want a challenge?</w:t>
      </w:r>
      <w:r>
        <w:t xml:space="preserve"> Explain what a few months of data cannot show.</w:t>
      </w:r>
    </w:p>
    <w:p>
      <w:r>
        <w:br w:type="page"/>
      </w:r>
    </w:p>
    <w:p>
      <w:pPr>
        <w:pStyle w:val="Heading2"/>
      </w:pPr>
      <w:r>
        <w:t>Sheet 6: Change the conditions</w:t>
      </w:r>
    </w:p>
    <w:p>
      <w:r>
        <w:rPr>
          <w:b/>
        </w:rPr>
        <w:t>Today we will:</w:t>
      </w:r>
      <w:r>
        <w:t xml:space="preserve"> Rerun the selection model with a new selection pressure and test a prediction.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Predict the result under the new condition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Run three generations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Evaluate: did the prediction hold?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Choose from two new conditions.</w:t>
      </w:r>
    </w:p>
    <w:p>
      <w:r>
        <w:rPr>
          <w:b/>
        </w:rPr>
        <w:t>Want a challenge?</w:t>
      </w:r>
      <w:r>
        <w:t xml:space="preserve"> Design your own condition.</w:t>
      </w:r>
    </w:p>
    <w:p>
      <w:r>
        <w:br w:type="page"/>
      </w:r>
    </w:p>
    <w:p>
      <w:pPr>
        <w:pStyle w:val="Heading2"/>
      </w:pPr>
      <w:r>
        <w:t>Sheet 7: Parrots and a shared ancestor</w:t>
      </w:r>
    </w:p>
    <w:p>
      <w:r>
        <w:rPr>
          <w:b/>
        </w:rPr>
        <w:t>Today we will:</w:t>
      </w:r>
      <w:r>
        <w:t xml:space="preserve"> Use shared traits to reason about common ancestry (kākā, kea, kākāpō).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Teach: common ancestry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Trait table and a simple family tree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Which two look most closely related? What evidence would settle it?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Share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Partly filled trait table.</w:t>
      </w:r>
    </w:p>
    <w:p>
      <w:r>
        <w:rPr>
          <w:b/>
        </w:rPr>
        <w:t>Want a challenge?</w:t>
      </w:r>
      <w:r>
        <w:t xml:space="preserve"> Add a fourth bird and place it.</w:t>
      </w:r>
    </w:p>
    <w:p>
      <w:r>
        <w:br w:type="page"/>
      </w:r>
    </w:p>
    <w:p>
      <w:pPr>
        <w:pStyle w:val="Heading2"/>
      </w:pPr>
      <w:r>
        <w:t>Sheet 8: Why did moa disappear?</w:t>
      </w:r>
    </w:p>
    <w:p>
      <w:r>
        <w:rPr>
          <w:b/>
        </w:rPr>
        <w:t>Today we will:</w:t>
      </w:r>
      <w:r>
        <w:t xml:space="preserve"> Explain extinction using evidence and the role of environmental change.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Read and sort evidence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Draft the explanation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Refine after partner feedback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Sentence starters.</w:t>
      </w:r>
    </w:p>
    <w:p>
      <w:r>
        <w:rPr>
          <w:b/>
        </w:rPr>
        <w:t>Want a challenge?</w:t>
      </w:r>
      <w:r>
        <w:t xml:space="preserve"> Connect to kākāpō today.</w:t>
      </w:r>
    </w:p>
    <w:p>
      <w:r>
        <w:br w:type="page"/>
      </w:r>
    </w:p>
    <w:p>
      <w:pPr>
        <w:pStyle w:val="Heading2"/>
      </w:pPr>
      <w:r>
        <w:t>Sheet 9: Share</w:t>
      </w:r>
    </w:p>
    <w:p>
      <w:r>
        <w:rPr>
          <w:b/>
        </w:rPr>
        <w:t>Today we will:</w:t>
      </w:r>
      <w:r>
        <w:t xml:space="preserve"> Share an extinction or common-ancestry explanation with an audience.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Rehearse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Present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Reflection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Speaking cards.</w:t>
      </w:r>
    </w:p>
    <w:p>
      <w:r>
        <w:rPr>
          <w:b/>
        </w:rPr>
        <w:t>Want a challenge?</w:t>
      </w:r>
      <w:r>
        <w:t xml:space="preserve"> Answer a question comparing explanations.</w:t>
      </w:r>
    </w:p>
    <w:p>
      <w:r>
        <w:br w:type="page"/>
      </w:r>
    </w:p>
    <w:p>
      <w:pPr>
        <w:pStyle w:val="Heading2"/>
      </w:pPr>
      <w:r>
        <w:t>Sheet 10: My reflection</w:t>
      </w:r>
    </w:p>
    <w:p>
      <w:r>
        <w:t>The most important thing I found out: ______________________________________</w:t>
      </w:r>
    </w:p>
    <w:p>
      <w:r>
        <w:t>Something that changed my mind: ______________________________________</w:t>
      </w:r>
    </w:p>
    <w:p>
      <w:r>
        <w:t>What I would investigate next: ______________________________________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5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35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35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355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