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8F9D"/>
          <w:sz w:val="18"/>
        </w:rPr>
        <w:t>KŌKIRI LAB · INQUIRY WORLD 6 · ECOHOME AND DESIGN · STUDENT WORKSHEETS</w:t>
      </w:r>
    </w:p>
    <w:p>
      <w:pPr>
        <w:pStyle w:val="Title"/>
      </w:pPr>
      <w:r>
        <w:t>Ecohome and Design: Student Worksheets</w:t>
      </w:r>
    </w:p>
    <w:p>
      <w:r>
        <w:t>Mission: Warm Whare Challenge: design a home that works for people and place.</w:t>
      </w:r>
    </w:p>
    <w:p>
      <w:r>
        <w:t>Name: ____________________   Group: ______________</w:t>
      </w:r>
    </w:p>
    <w:p>
      <w:r>
        <w:br w:type="page"/>
      </w:r>
    </w:p>
    <w:p>
      <w:pPr>
        <w:pStyle w:val="Heading2"/>
      </w:pPr>
      <w:r>
        <w:t>Sheet 1: Warm, dry homes</w:t>
      </w:r>
    </w:p>
    <w:p>
      <w:r>
        <w:rPr>
          <w:b/>
        </w:rPr>
        <w:t>Today we will:</w:t>
      </w:r>
      <w:r>
        <w:t xml:space="preserve"> Raise questions about why some homes stay warm and dry.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Which home stays warmest? Vote and give a reason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Why warm, dry homes matter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Mission: Warm Whare Challenge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Picture prompts.</w:t>
      </w:r>
    </w:p>
    <w:p>
      <w:r>
        <w:rPr>
          <w:b/>
        </w:rPr>
        <w:t>Want a challenge?</w:t>
      </w:r>
      <w:r>
        <w:t xml:space="preserve"> Name two features that might keep heat in.</w:t>
      </w:r>
    </w:p>
    <w:p>
      <w:r>
        <w:br w:type="page"/>
      </w:r>
    </w:p>
    <w:p>
      <w:pPr>
        <w:pStyle w:val="Heading2"/>
      </w:pPr>
      <w:r>
        <w:t>Sheet 2: How heat moves</w:t>
      </w:r>
    </w:p>
    <w:p>
      <w:r>
        <w:rPr>
          <w:b/>
        </w:rPr>
        <w:t>Today we will:</w:t>
      </w:r>
      <w:r>
        <w:t xml:space="preserve"> Observe conduction, convection and radiation and explain with particles.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Safety with hot water and lamps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Three heat stations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Particle explanations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Exit: which transfer matters most in a house?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Station cards with picture steps.</w:t>
      </w:r>
    </w:p>
    <w:p>
      <w:r>
        <w:rPr>
          <w:b/>
        </w:rPr>
        <w:t>Want a challenge?</w:t>
      </w:r>
      <w:r>
        <w:t xml:space="preserve"> Explain each station with particles.</w:t>
      </w:r>
    </w:p>
    <w:p>
      <w:r>
        <w:br w:type="page"/>
      </w:r>
    </w:p>
    <w:p>
      <w:pPr>
        <w:pStyle w:val="Heading2"/>
      </w:pPr>
      <w:r>
        <w:t>Sheet 3: Fair test</w:t>
      </w:r>
    </w:p>
    <w:p>
      <w:r>
        <w:rPr>
          <w:b/>
        </w:rPr>
        <w:t>Today we will:</w:t>
      </w:r>
      <w:r>
        <w:t xml:space="preserve"> Run a fair test comparing insulation materials.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Diagnose an unfair test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Run the fair test; record every 2 minutes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Graph cooling curves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Which material wins so far?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Pre-set test; partly filled table.</w:t>
      </w:r>
    </w:p>
    <w:p>
      <w:r>
        <w:rPr>
          <w:b/>
        </w:rPr>
        <w:t>Want a challenge?</w:t>
      </w:r>
      <w:r>
        <w:t xml:space="preserve"> Add a thickness comparison.</w:t>
      </w:r>
    </w:p>
    <w:p>
      <w:r>
        <w:br w:type="page"/>
      </w:r>
    </w:p>
    <w:p>
      <w:pPr>
        <w:pStyle w:val="Heading2"/>
      </w:pPr>
      <w:r>
        <w:t>Sheet 4: Homes as systems</w:t>
      </w:r>
    </w:p>
    <w:p>
      <w:r>
        <w:rPr>
          <w:b/>
        </w:rPr>
        <w:t>Today we will:</w:t>
      </w:r>
      <w:r>
        <w:t xml:space="preserve"> Analyse a real home as thermal, structural and electrical subsystems.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Teach: subsystems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Design framework analysis (users, climate, materials, subsystems, PMI)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One trade-off between subsystems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Share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Guided framework sheet.</w:t>
      </w:r>
    </w:p>
    <w:p>
      <w:r>
        <w:rPr>
          <w:b/>
        </w:rPr>
        <w:t>Want a challenge?</w:t>
      </w:r>
      <w:r>
        <w:t xml:space="preserve"> Explain one subsystem interaction.</w:t>
      </w:r>
    </w:p>
    <w:p>
      <w:r>
        <w:br w:type="page"/>
      </w:r>
    </w:p>
    <w:p>
      <w:pPr>
        <w:pStyle w:val="Heading2"/>
      </w:pPr>
      <w:r>
        <w:t>Sheet 5: Brief and functional model</w:t>
      </w:r>
    </w:p>
    <w:p>
      <w:r>
        <w:rPr>
          <w:b/>
        </w:rPr>
        <w:t>Today we will:</w:t>
      </w:r>
      <w:r>
        <w:t xml:space="preserve"> Write a brief with specifications and test layout with a card model.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Brief and specifications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Card functional model: layout and windows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Choose and justify the design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Template net and specification list.</w:t>
      </w:r>
    </w:p>
    <w:p>
      <w:r>
        <w:rPr>
          <w:b/>
        </w:rPr>
        <w:t>Want a challenge?</w:t>
      </w:r>
      <w:r>
        <w:t xml:space="preserve"> Add a daylight specification.</w:t>
      </w:r>
    </w:p>
    <w:p>
      <w:r>
        <w:br w:type="page"/>
      </w:r>
    </w:p>
    <w:p>
      <w:pPr>
        <w:pStyle w:val="Heading2"/>
      </w:pPr>
      <w:r>
        <w:t>Sheet 6: Build v1</w:t>
      </w:r>
    </w:p>
    <w:p>
      <w:r>
        <w:rPr>
          <w:b/>
        </w:rPr>
        <w:t>Today we will:</w:t>
      </w:r>
      <w:r>
        <w:t xml:space="preserve"> Build the model home and test it with a lamp 'sun'.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Safety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Build v1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Lamp test: inside vs outside temperature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Template net.</w:t>
      </w:r>
    </w:p>
    <w:p>
      <w:r>
        <w:rPr>
          <w:b/>
        </w:rPr>
        <w:t>Want a challenge?</w:t>
      </w:r>
      <w:r>
        <w:t xml:space="preserve"> Add a simple light circuit.</w:t>
      </w:r>
    </w:p>
    <w:p>
      <w:r>
        <w:br w:type="page"/>
      </w:r>
    </w:p>
    <w:p>
      <w:pPr>
        <w:pStyle w:val="Heading2"/>
      </w:pPr>
      <w:r>
        <w:t>Sheet 7: What failed?</w:t>
      </w:r>
    </w:p>
    <w:p>
      <w:r>
        <w:rPr>
          <w:b/>
        </w:rPr>
        <w:t>Today we will:</w:t>
      </w:r>
      <w:r>
        <w:t xml:space="preserve"> Analyse failure and make one evidence-based change.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Where did heat escape? Evidence?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One change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Retest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Record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Choose from a list of likely fixes.</w:t>
      </w:r>
    </w:p>
    <w:p>
      <w:r>
        <w:rPr>
          <w:b/>
        </w:rPr>
        <w:t>Want a challenge?</w:t>
      </w:r>
      <w:r>
        <w:t xml:space="preserve"> Predict the size of the improvement.</w:t>
      </w:r>
    </w:p>
    <w:p>
      <w:r>
        <w:br w:type="page"/>
      </w:r>
    </w:p>
    <w:p>
      <w:pPr>
        <w:pStyle w:val="Heading2"/>
      </w:pPr>
      <w:r>
        <w:t>Sheet 8: Final test and justification</w:t>
      </w:r>
    </w:p>
    <w:p>
      <w:r>
        <w:rPr>
          <w:b/>
        </w:rPr>
        <w:t>Today we will:</w:t>
      </w:r>
      <w:r>
        <w:t xml:space="preserve"> Check the specifications and justify design choices with evidence.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Final specifications check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Write the design justification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Sentence starters.</w:t>
      </w:r>
    </w:p>
    <w:p>
      <w:r>
        <w:rPr>
          <w:b/>
        </w:rPr>
        <w:t>Want a challenge?</w:t>
      </w:r>
      <w:r>
        <w:t xml:space="preserve"> Explain a trade-off between subsystems.</w:t>
      </w:r>
    </w:p>
    <w:p>
      <w:r>
        <w:br w:type="page"/>
      </w:r>
    </w:p>
    <w:p>
      <w:pPr>
        <w:pStyle w:val="Heading2"/>
      </w:pPr>
      <w:r>
        <w:t>Sheet 9: Share</w:t>
      </w:r>
    </w:p>
    <w:p>
      <w:r>
        <w:rPr>
          <w:b/>
        </w:rPr>
        <w:t>Today we will:</w:t>
      </w:r>
      <w:r>
        <w:t xml:space="preserve"> Present the design and evidence to a real audience.</w:t>
      </w:r>
    </w:p>
    <w:p>
      <w:pPr>
        <w:pStyle w:val="Heading3"/>
      </w:pPr>
      <w:r>
        <w:t>What we did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4986"/>
            <w:shd w:val="clear" w:color="auto" w:fill="0F3559"/>
          </w:tcPr>
          <w:p>
            <w:r>
              <w:rPr>
                <w:b/>
                <w:color w:val="FFFFFF"/>
                <w:sz w:val="19"/>
              </w:rPr>
            </w:r>
            <w:r>
              <w:rPr>
                <w:b/>
                <w:color w:val="FFFFFF"/>
                <w:sz w:val="19"/>
              </w:rPr>
              <w:t>What I noticed or did</w:t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Rehearse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Present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9"/>
              </w:rPr>
            </w:r>
            <w:r>
              <w:rPr>
                <w:sz w:val="19"/>
              </w:rPr>
              <w:t>Reflection</w:t>
            </w:r>
          </w:p>
        </w:tc>
        <w:tc>
          <w:tcPr>
            <w:tcW w:type="dxa" w:w="4986"/>
          </w:tcPr>
          <w:p>
            <w:r>
              <w:rPr>
                <w:sz w:val="19"/>
              </w:rPr>
            </w:r>
          </w:p>
        </w:tc>
      </w:tr>
    </w:tbl>
    <w:p/>
    <w:p>
      <w:pPr>
        <w:pStyle w:val="Heading3"/>
      </w:pPr>
      <w:r>
        <w:t>My thinking</w:t>
      </w:r>
    </w:p>
    <w:p>
      <w:r>
        <w:t>I think ______________________________________ because ______________________________________.</w:t>
      </w:r>
    </w:p>
    <w:p>
      <w:r>
        <w:t>How sure am I?   ☐ Not sure   ☐ Quite sure   ☐ Very sure   Why? ______________________________</w:t>
      </w:r>
    </w:p>
    <w:p>
      <w:r>
        <w:rPr>
          <w:b/>
        </w:rPr>
        <w:t>Need a hand?</w:t>
      </w:r>
      <w:r>
        <w:t xml:space="preserve"> Speaking cards.</w:t>
      </w:r>
    </w:p>
    <w:p>
      <w:r>
        <w:rPr>
          <w:b/>
        </w:rPr>
        <w:t>Want a challenge?</w:t>
      </w:r>
      <w:r>
        <w:t xml:space="preserve"> Answer what would change at full scale.</w:t>
      </w:r>
    </w:p>
    <w:p>
      <w:r>
        <w:br w:type="page"/>
      </w:r>
    </w:p>
    <w:p>
      <w:pPr>
        <w:pStyle w:val="Heading2"/>
      </w:pPr>
      <w:r>
        <w:t>Sheet 10: My reflection</w:t>
      </w:r>
    </w:p>
    <w:p>
      <w:r>
        <w:t>The most important thing I found out: ______________________________________</w:t>
      </w:r>
    </w:p>
    <w:p>
      <w:r>
        <w:t>Something that changed my mind: ______________________________________</w:t>
      </w:r>
    </w:p>
    <w:p>
      <w:r>
        <w:t>What I would investigate next: ______________________________________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55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35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355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355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