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2A8F9D"/>
          <w:sz w:val="18"/>
        </w:rPr>
        <w:t>KŌKIRI LAB · INQUIRY WORLD 8 · WORLDBUILDING AND NAVIGATION · STUDENT WORKSHEETS</w:t>
      </w:r>
    </w:p>
    <w:p>
      <w:pPr>
        <w:pStyle w:val="Title"/>
      </w:pPr>
      <w:r>
        <w:t>Worldbuilding and Navigation: Student Worksheets</w:t>
      </w:r>
    </w:p>
    <w:p>
      <w:r>
        <w:t>Mission: World Builders: can we make a world that behaves like the real one?</w:t>
      </w:r>
    </w:p>
    <w:p>
      <w:r>
        <w:t>Name: ____________________   Group: ______________</w:t>
      </w:r>
    </w:p>
    <w:p>
      <w:r>
        <w:br w:type="page"/>
      </w:r>
    </w:p>
    <w:p>
      <w:pPr>
        <w:pStyle w:val="Heading2"/>
      </w:pPr>
      <w:r>
        <w:t>Sheet 1: What is a model?</w:t>
      </w:r>
    </w:p>
    <w:p>
      <w:r>
        <w:rPr>
          <w:b/>
        </w:rPr>
        <w:t>Today we will:</w:t>
      </w:r>
      <w:r>
        <w:t xml:space="preserve"> Explore models and whether a starter model behaves like reality.</w:t>
      </w:r>
    </w:p>
    <w:p>
      <w:pPr>
        <w:pStyle w:val="Heading3"/>
      </w:pPr>
      <w:r>
        <w:t>What we did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0F3559"/>
          </w:tcPr>
          <w:p>
            <w:r>
              <w:rPr>
                <w:b/>
                <w:color w:val="FFFFFF"/>
                <w:sz w:val="19"/>
              </w:rPr>
            </w:r>
            <w:r>
              <w:rPr>
                <w:b/>
                <w:color w:val="FFFFFF"/>
                <w:sz w:val="19"/>
              </w:rPr>
              <w:t>Step</w:t>
            </w:r>
          </w:p>
        </w:tc>
        <w:tc>
          <w:tcPr>
            <w:tcW w:type="dxa" w:w="4986"/>
            <w:shd w:val="clear" w:color="auto" w:fill="0F3559"/>
          </w:tcPr>
          <w:p>
            <w:r>
              <w:rPr>
                <w:b/>
                <w:color w:val="FFFFFF"/>
                <w:sz w:val="19"/>
              </w:rPr>
            </w:r>
            <w:r>
              <w:rPr>
                <w:b/>
                <w:color w:val="FFFFFF"/>
                <w:sz w:val="19"/>
              </w:rPr>
              <w:t>What I noticed or did</w:t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Models everywhere: maps, forecasts, the Moon model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Play the starter model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Systems refresher: input, process, output, feedback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</w:tbl>
    <w:p/>
    <w:p>
      <w:pPr>
        <w:pStyle w:val="Heading3"/>
      </w:pPr>
      <w:r>
        <w:t>My thinking</w:t>
      </w:r>
    </w:p>
    <w:p>
      <w:r>
        <w:t>I think ______________________________________ because ______________________________________.</w:t>
      </w:r>
    </w:p>
    <w:p>
      <w:r>
        <w:t>How sure am I?   ☐ Not sure   ☐ Quite sure   ☐ Very sure   Why? ______________________________</w:t>
      </w:r>
    </w:p>
    <w:p>
      <w:r>
        <w:rPr>
          <w:b/>
        </w:rPr>
        <w:t>Need a hand?</w:t>
      </w:r>
      <w:r>
        <w:t xml:space="preserve"> Guided play sheet.</w:t>
      </w:r>
    </w:p>
    <w:p>
      <w:r>
        <w:rPr>
          <w:b/>
        </w:rPr>
        <w:t>Want a challenge?</w:t>
      </w:r>
      <w:r>
        <w:t xml:space="preserve"> Name one thing the model leaves out.</w:t>
      </w:r>
    </w:p>
    <w:p>
      <w:r>
        <w:br w:type="page"/>
      </w:r>
    </w:p>
    <w:p>
      <w:pPr>
        <w:pStyle w:val="Heading2"/>
      </w:pPr>
      <w:r>
        <w:t>Sheet 2: Programming a rule</w:t>
      </w:r>
    </w:p>
    <w:p>
      <w:r>
        <w:rPr>
          <w:b/>
        </w:rPr>
        <w:t>Today we will:</w:t>
      </w:r>
      <w:r>
        <w:t xml:space="preserve"> Write a rule as an algorithm and code it with a variable and a loop.</w:t>
      </w:r>
    </w:p>
    <w:p>
      <w:pPr>
        <w:pStyle w:val="Heading3"/>
      </w:pPr>
      <w:r>
        <w:t>What we did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0F3559"/>
          </w:tcPr>
          <w:p>
            <w:r>
              <w:rPr>
                <w:b/>
                <w:color w:val="FFFFFF"/>
                <w:sz w:val="19"/>
              </w:rPr>
            </w:r>
            <w:r>
              <w:rPr>
                <w:b/>
                <w:color w:val="FFFFFF"/>
                <w:sz w:val="19"/>
              </w:rPr>
              <w:t>Step</w:t>
            </w:r>
          </w:p>
        </w:tc>
        <w:tc>
          <w:tcPr>
            <w:tcW w:type="dxa" w:w="4986"/>
            <w:shd w:val="clear" w:color="auto" w:fill="0F3559"/>
          </w:tcPr>
          <w:p>
            <w:r>
              <w:rPr>
                <w:b/>
                <w:color w:val="FFFFFF"/>
                <w:sz w:val="19"/>
              </w:rPr>
            </w:r>
            <w:r>
              <w:rPr>
                <w:b/>
                <w:color w:val="FFFFFF"/>
                <w:sz w:val="19"/>
              </w:rPr>
              <w:t>What I noticed or did</w:t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Unplugged: act out a rule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Scratch: sprite with a variable and a loop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Change one number and predict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Save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</w:tbl>
    <w:p/>
    <w:p>
      <w:pPr>
        <w:pStyle w:val="Heading3"/>
      </w:pPr>
      <w:r>
        <w:t>My thinking</w:t>
      </w:r>
    </w:p>
    <w:p>
      <w:r>
        <w:t>I think ______________________________________ because ______________________________________.</w:t>
      </w:r>
    </w:p>
    <w:p>
      <w:r>
        <w:t>How sure am I?   ☐ Not sure   ☐ Quite sure   ☐ Very sure   Why? ______________________________</w:t>
      </w:r>
    </w:p>
    <w:p>
      <w:r>
        <w:rPr>
          <w:b/>
        </w:rPr>
        <w:t>Need a hand?</w:t>
      </w:r>
      <w:r>
        <w:t xml:space="preserve"> Remix a starter; change one number.</w:t>
      </w:r>
    </w:p>
    <w:p>
      <w:r>
        <w:rPr>
          <w:b/>
        </w:rPr>
        <w:t>Want a challenge?</w:t>
      </w:r>
      <w:r>
        <w:t xml:space="preserve"> Combine a variable and a condition.</w:t>
      </w:r>
    </w:p>
    <w:p>
      <w:r>
        <w:br w:type="page"/>
      </w:r>
    </w:p>
    <w:p>
      <w:pPr>
        <w:pStyle w:val="Heading2"/>
      </w:pPr>
      <w:r>
        <w:t>Sheet 3: Choose and research the system</w:t>
      </w:r>
    </w:p>
    <w:p>
      <w:r>
        <w:rPr>
          <w:b/>
        </w:rPr>
        <w:t>Today we will:</w:t>
      </w:r>
      <w:r>
        <w:t xml:space="preserve"> Research a real system from an earlier world.</w:t>
      </w:r>
    </w:p>
    <w:p>
      <w:pPr>
        <w:pStyle w:val="Heading3"/>
      </w:pPr>
      <w:r>
        <w:t>What we did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0F3559"/>
          </w:tcPr>
          <w:p>
            <w:r>
              <w:rPr>
                <w:b/>
                <w:color w:val="FFFFFF"/>
                <w:sz w:val="19"/>
              </w:rPr>
            </w:r>
            <w:r>
              <w:rPr>
                <w:b/>
                <w:color w:val="FFFFFF"/>
                <w:sz w:val="19"/>
              </w:rPr>
              <w:t>Step</w:t>
            </w:r>
          </w:p>
        </w:tc>
        <w:tc>
          <w:tcPr>
            <w:tcW w:type="dxa" w:w="4986"/>
            <w:shd w:val="clear" w:color="auto" w:fill="0F3559"/>
          </w:tcPr>
          <w:p>
            <w:r>
              <w:rPr>
                <w:b/>
                <w:color w:val="FFFFFF"/>
                <w:sz w:val="19"/>
              </w:rPr>
            </w:r>
            <w:r>
              <w:rPr>
                <w:b/>
                <w:color w:val="FFFFFF"/>
                <w:sz w:val="19"/>
              </w:rPr>
              <w:t>What I noticed or did</w:t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Choose a system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Research components, relationships and real data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Share one relationship with evidence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</w:tbl>
    <w:p/>
    <w:p>
      <w:pPr>
        <w:pStyle w:val="Heading3"/>
      </w:pPr>
      <w:r>
        <w:t>My thinking</w:t>
      </w:r>
    </w:p>
    <w:p>
      <w:r>
        <w:t>I think ______________________________________ because ______________________________________.</w:t>
      </w:r>
    </w:p>
    <w:p>
      <w:r>
        <w:t>How sure am I?   ☐ Not sure   ☐ Quite sure   ☐ Very sure   Why? ______________________________</w:t>
      </w:r>
    </w:p>
    <w:p>
      <w:r>
        <w:rPr>
          <w:b/>
        </w:rPr>
        <w:t>Need a hand?</w:t>
      </w:r>
      <w:r>
        <w:t xml:space="preserve"> Choose from the rule menu's system.</w:t>
      </w:r>
    </w:p>
    <w:p>
      <w:r>
        <w:rPr>
          <w:b/>
        </w:rPr>
        <w:t>Want a challenge?</w:t>
      </w:r>
      <w:r>
        <w:t xml:space="preserve"> Find a real dataset to test against.</w:t>
      </w:r>
    </w:p>
    <w:p>
      <w:r>
        <w:br w:type="page"/>
      </w:r>
    </w:p>
    <w:p>
      <w:pPr>
        <w:pStyle w:val="Heading2"/>
      </w:pPr>
      <w:r>
        <w:t>Sheet 4: Design the rules</w:t>
      </w:r>
    </w:p>
    <w:p>
      <w:r>
        <w:rPr>
          <w:b/>
        </w:rPr>
        <w:t>Today we will:</w:t>
      </w:r>
      <w:r>
        <w:t xml:space="preserve"> Write a design document: rules, feedback, constraints, what to leave out.</w:t>
      </w:r>
    </w:p>
    <w:p>
      <w:pPr>
        <w:pStyle w:val="Heading3"/>
      </w:pPr>
      <w:r>
        <w:t>What we did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0F3559"/>
          </w:tcPr>
          <w:p>
            <w:r>
              <w:rPr>
                <w:b/>
                <w:color w:val="FFFFFF"/>
                <w:sz w:val="19"/>
              </w:rPr>
            </w:r>
            <w:r>
              <w:rPr>
                <w:b/>
                <w:color w:val="FFFFFF"/>
                <w:sz w:val="19"/>
              </w:rPr>
              <w:t>Step</w:t>
            </w:r>
          </w:p>
        </w:tc>
        <w:tc>
          <w:tcPr>
            <w:tcW w:type="dxa" w:w="4986"/>
            <w:shd w:val="clear" w:color="auto" w:fill="0F3559"/>
          </w:tcPr>
          <w:p>
            <w:r>
              <w:rPr>
                <w:b/>
                <w:color w:val="FFFFFF"/>
                <w:sz w:val="19"/>
              </w:rPr>
            </w:r>
            <w:r>
              <w:rPr>
                <w:b/>
                <w:color w:val="FFFFFF"/>
                <w:sz w:val="19"/>
              </w:rPr>
              <w:t>What I noticed or did</w:t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Rules in plain language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Feedback loops and constraints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Flowchart the key rule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What we are leaving out, and why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</w:tbl>
    <w:p/>
    <w:p>
      <w:pPr>
        <w:pStyle w:val="Heading3"/>
      </w:pPr>
      <w:r>
        <w:t>My thinking</w:t>
      </w:r>
    </w:p>
    <w:p>
      <w:r>
        <w:t>I think ______________________________________ because ______________________________________.</w:t>
      </w:r>
    </w:p>
    <w:p>
      <w:r>
        <w:t>How sure am I?   ☐ Not sure   ☐ Quite sure   ☐ Very sure   Why? ______________________________</w:t>
      </w:r>
    </w:p>
    <w:p>
      <w:r>
        <w:rPr>
          <w:b/>
        </w:rPr>
        <w:t>Need a hand?</w:t>
      </w:r>
      <w:r>
        <w:t xml:space="preserve"> Fill three rules from a menu.</w:t>
      </w:r>
    </w:p>
    <w:p>
      <w:r>
        <w:rPr>
          <w:b/>
        </w:rPr>
        <w:t>Want a challenge?</w:t>
      </w:r>
      <w:r>
        <w:t xml:space="preserve"> Two ways to code the key rule.</w:t>
      </w:r>
    </w:p>
    <w:p>
      <w:r>
        <w:br w:type="page"/>
      </w:r>
    </w:p>
    <w:p>
      <w:pPr>
        <w:pStyle w:val="Heading2"/>
      </w:pPr>
      <w:r>
        <w:t>Sheet 5: Build v1</w:t>
      </w:r>
    </w:p>
    <w:p>
      <w:r>
        <w:rPr>
          <w:b/>
        </w:rPr>
        <w:t>Today we will:</w:t>
      </w:r>
      <w:r>
        <w:t xml:space="preserve"> Build the model and unit-test each rule.</w:t>
      </w:r>
    </w:p>
    <w:p>
      <w:pPr>
        <w:pStyle w:val="Heading3"/>
      </w:pPr>
      <w:r>
        <w:t>What we did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0F3559"/>
          </w:tcPr>
          <w:p>
            <w:r>
              <w:rPr>
                <w:b/>
                <w:color w:val="FFFFFF"/>
                <w:sz w:val="19"/>
              </w:rPr>
            </w:r>
            <w:r>
              <w:rPr>
                <w:b/>
                <w:color w:val="FFFFFF"/>
                <w:sz w:val="19"/>
              </w:rPr>
              <w:t>Step</w:t>
            </w:r>
          </w:p>
        </w:tc>
        <w:tc>
          <w:tcPr>
            <w:tcW w:type="dxa" w:w="4986"/>
            <w:shd w:val="clear" w:color="auto" w:fill="0F3559"/>
          </w:tcPr>
          <w:p>
            <w:r>
              <w:rPr>
                <w:b/>
                <w:color w:val="FFFFFF"/>
                <w:sz w:val="19"/>
              </w:rPr>
            </w:r>
            <w:r>
              <w:rPr>
                <w:b/>
                <w:color w:val="FFFFFF"/>
                <w:sz w:val="19"/>
              </w:rPr>
              <w:t>What I noticed or did</w:t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Build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Unit test each rule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</w:tbl>
    <w:p/>
    <w:p>
      <w:pPr>
        <w:pStyle w:val="Heading3"/>
      </w:pPr>
      <w:r>
        <w:t>My thinking</w:t>
      </w:r>
    </w:p>
    <w:p>
      <w:r>
        <w:t>I think ______________________________________ because ______________________________________.</w:t>
      </w:r>
    </w:p>
    <w:p>
      <w:r>
        <w:t>How sure am I?   ☐ Not sure   ☐ Quite sure   ☐ Very sure   Why? ______________________________</w:t>
      </w:r>
    </w:p>
    <w:p>
      <w:r>
        <w:rPr>
          <w:b/>
        </w:rPr>
        <w:t>Need a hand?</w:t>
      </w:r>
      <w:r>
        <w:t xml:space="preserve"> Starter project scaffold.</w:t>
      </w:r>
    </w:p>
    <w:p>
      <w:r>
        <w:rPr>
          <w:b/>
        </w:rPr>
        <w:t>Want a challenge?</w:t>
      </w:r>
      <w:r>
        <w:t xml:space="preserve"> Add randomness and explain it.</w:t>
      </w:r>
    </w:p>
    <w:p>
      <w:r>
        <w:br w:type="page"/>
      </w:r>
    </w:p>
    <w:p>
      <w:pPr>
        <w:pStyle w:val="Heading2"/>
      </w:pPr>
      <w:r>
        <w:t>Sheet 6: Test against reality</w:t>
      </w:r>
    </w:p>
    <w:p>
      <w:r>
        <w:rPr>
          <w:b/>
        </w:rPr>
        <w:t>Today we will:</w:t>
      </w:r>
      <w:r>
        <w:t xml:space="preserve"> Run the model several times and compare with real data.</w:t>
      </w:r>
    </w:p>
    <w:p>
      <w:pPr>
        <w:pStyle w:val="Heading3"/>
      </w:pPr>
      <w:r>
        <w:t>What we did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0F3559"/>
          </w:tcPr>
          <w:p>
            <w:r>
              <w:rPr>
                <w:b/>
                <w:color w:val="FFFFFF"/>
                <w:sz w:val="19"/>
              </w:rPr>
            </w:r>
            <w:r>
              <w:rPr>
                <w:b/>
                <w:color w:val="FFFFFF"/>
                <w:sz w:val="19"/>
              </w:rPr>
              <w:t>Step</w:t>
            </w:r>
          </w:p>
        </w:tc>
        <w:tc>
          <w:tcPr>
            <w:tcW w:type="dxa" w:w="4986"/>
            <w:shd w:val="clear" w:color="auto" w:fill="0F3559"/>
          </w:tcPr>
          <w:p>
            <w:r>
              <w:rPr>
                <w:b/>
                <w:color w:val="FFFFFF"/>
                <w:sz w:val="19"/>
              </w:rPr>
            </w:r>
            <w:r>
              <w:rPr>
                <w:b/>
                <w:color w:val="FFFFFF"/>
                <w:sz w:val="19"/>
              </w:rPr>
              <w:t>What I noticed or did</w:t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Predict the model's behaviour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Run 5 times; record outputs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Compare with real data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Record failures and suspected causes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</w:tbl>
    <w:p/>
    <w:p>
      <w:pPr>
        <w:pStyle w:val="Heading3"/>
      </w:pPr>
      <w:r>
        <w:t>My thinking</w:t>
      </w:r>
    </w:p>
    <w:p>
      <w:r>
        <w:t>I think ______________________________________ because ______________________________________.</w:t>
      </w:r>
    </w:p>
    <w:p>
      <w:r>
        <w:t>How sure am I?   ☐ Not sure   ☐ Quite sure   ☐ Very sure   Why? ______________________________</w:t>
      </w:r>
    </w:p>
    <w:p>
      <w:r>
        <w:rPr>
          <w:b/>
        </w:rPr>
        <w:t>Need a hand?</w:t>
      </w:r>
      <w:r>
        <w:t xml:space="preserve"> Compare one output with one number.</w:t>
      </w:r>
    </w:p>
    <w:p>
      <w:r>
        <w:rPr>
          <w:b/>
        </w:rPr>
        <w:t>Want a challenge?</w:t>
      </w:r>
      <w:r>
        <w:t xml:space="preserve"> Explain the mismatch.</w:t>
      </w:r>
    </w:p>
    <w:p>
      <w:r>
        <w:br w:type="page"/>
      </w:r>
    </w:p>
    <w:p>
      <w:pPr>
        <w:pStyle w:val="Heading2"/>
      </w:pPr>
      <w:r>
        <w:t>Sheet 7: Revise</w:t>
      </w:r>
    </w:p>
    <w:p>
      <w:r>
        <w:rPr>
          <w:b/>
        </w:rPr>
        <w:t>Today we will:</w:t>
      </w:r>
      <w:r>
        <w:t xml:space="preserve"> Change one rule at a time and retest.</w:t>
      </w:r>
    </w:p>
    <w:p>
      <w:pPr>
        <w:pStyle w:val="Heading3"/>
      </w:pPr>
      <w:r>
        <w:t>What we did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0F3559"/>
          </w:tcPr>
          <w:p>
            <w:r>
              <w:rPr>
                <w:b/>
                <w:color w:val="FFFFFF"/>
                <w:sz w:val="19"/>
              </w:rPr>
            </w:r>
            <w:r>
              <w:rPr>
                <w:b/>
                <w:color w:val="FFFFFF"/>
                <w:sz w:val="19"/>
              </w:rPr>
              <w:t>Step</w:t>
            </w:r>
          </w:p>
        </w:tc>
        <w:tc>
          <w:tcPr>
            <w:tcW w:type="dxa" w:w="4986"/>
            <w:shd w:val="clear" w:color="auto" w:fill="0F3559"/>
          </w:tcPr>
          <w:p>
            <w:r>
              <w:rPr>
                <w:b/>
                <w:color w:val="FFFFFF"/>
                <w:sz w:val="19"/>
              </w:rPr>
            </w:r>
            <w:r>
              <w:rPr>
                <w:b/>
                <w:color w:val="FFFFFF"/>
                <w:sz w:val="19"/>
              </w:rPr>
              <w:t>What I noticed or did</w:t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Choose the change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Change and retest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Version log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</w:tbl>
    <w:p/>
    <w:p>
      <w:pPr>
        <w:pStyle w:val="Heading3"/>
      </w:pPr>
      <w:r>
        <w:t>My thinking</w:t>
      </w:r>
    </w:p>
    <w:p>
      <w:r>
        <w:t>I think ______________________________________ because ______________________________________.</w:t>
      </w:r>
    </w:p>
    <w:p>
      <w:r>
        <w:t>How sure am I?   ☐ Not sure   ☐ Quite sure   ☐ Very sure   Why? ______________________________</w:t>
      </w:r>
    </w:p>
    <w:p>
      <w:r>
        <w:rPr>
          <w:b/>
        </w:rPr>
        <w:t>Need a hand?</w:t>
      </w:r>
      <w:r>
        <w:t xml:space="preserve"> Choose from suggested fixes.</w:t>
      </w:r>
    </w:p>
    <w:p>
      <w:r>
        <w:rPr>
          <w:b/>
        </w:rPr>
        <w:t>Want a challenge?</w:t>
      </w:r>
      <w:r>
        <w:t xml:space="preserve"> Count steps for two versions to compare efficiency.</w:t>
      </w:r>
    </w:p>
    <w:p>
      <w:r>
        <w:br w:type="page"/>
      </w:r>
    </w:p>
    <w:p>
      <w:pPr>
        <w:pStyle w:val="Heading2"/>
      </w:pPr>
      <w:r>
        <w:t>Sheet 8: Playtest and refine</w:t>
      </w:r>
    </w:p>
    <w:p>
      <w:r>
        <w:rPr>
          <w:b/>
        </w:rPr>
        <w:t>Today we will:</w:t>
      </w:r>
      <w:r>
        <w:t xml:space="preserve"> Improve the model from another group's playtest.</w:t>
      </w:r>
    </w:p>
    <w:p>
      <w:pPr>
        <w:pStyle w:val="Heading3"/>
      </w:pPr>
      <w:r>
        <w:t>What we did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0F3559"/>
          </w:tcPr>
          <w:p>
            <w:r>
              <w:rPr>
                <w:b/>
                <w:color w:val="FFFFFF"/>
                <w:sz w:val="19"/>
              </w:rPr>
            </w:r>
            <w:r>
              <w:rPr>
                <w:b/>
                <w:color w:val="FFFFFF"/>
                <w:sz w:val="19"/>
              </w:rPr>
              <w:t>Step</w:t>
            </w:r>
          </w:p>
        </w:tc>
        <w:tc>
          <w:tcPr>
            <w:tcW w:type="dxa" w:w="4986"/>
            <w:shd w:val="clear" w:color="auto" w:fill="0F3559"/>
          </w:tcPr>
          <w:p>
            <w:r>
              <w:rPr>
                <w:b/>
                <w:color w:val="FFFFFF"/>
                <w:sz w:val="19"/>
              </w:rPr>
            </w:r>
            <w:r>
              <w:rPr>
                <w:b/>
                <w:color w:val="FFFFFF"/>
                <w:sz w:val="19"/>
              </w:rPr>
              <w:t>What I noticed or did</w:t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Playtest swap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Refine from feedback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</w:tbl>
    <w:p/>
    <w:p>
      <w:pPr>
        <w:pStyle w:val="Heading3"/>
      </w:pPr>
      <w:r>
        <w:t>My thinking</w:t>
      </w:r>
    </w:p>
    <w:p>
      <w:r>
        <w:t>I think ______________________________________ because ______________________________________.</w:t>
      </w:r>
    </w:p>
    <w:p>
      <w:r>
        <w:t>How sure am I?   ☐ Not sure   ☐ Quite sure   ☐ Very sure   Why? ______________________________</w:t>
      </w:r>
    </w:p>
    <w:p>
      <w:r>
        <w:rPr>
          <w:b/>
        </w:rPr>
        <w:t>Need a hand?</w:t>
      </w:r>
      <w:r>
        <w:t xml:space="preserve"> Feedback form with prompts.</w:t>
      </w:r>
    </w:p>
    <w:p>
      <w:r>
        <w:rPr>
          <w:b/>
        </w:rPr>
        <w:t>Want a challenge?</w:t>
      </w:r>
      <w:r>
        <w:t xml:space="preserve"> Add a 'what I left out' panel.</w:t>
      </w:r>
    </w:p>
    <w:p>
      <w:r>
        <w:br w:type="page"/>
      </w:r>
    </w:p>
    <w:p>
      <w:pPr>
        <w:pStyle w:val="Heading2"/>
      </w:pPr>
      <w:r>
        <w:t>Sheet 9: Share</w:t>
      </w:r>
    </w:p>
    <w:p>
      <w:r>
        <w:rPr>
          <w:b/>
        </w:rPr>
        <w:t>Today we will:</w:t>
      </w:r>
      <w:r>
        <w:t xml:space="preserve"> Explain the model, its evidence and where and why it fails.</w:t>
      </w:r>
    </w:p>
    <w:p>
      <w:pPr>
        <w:pStyle w:val="Heading3"/>
      </w:pPr>
      <w:r>
        <w:t>What we did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0F3559"/>
          </w:tcPr>
          <w:p>
            <w:r>
              <w:rPr>
                <w:b/>
                <w:color w:val="FFFFFF"/>
                <w:sz w:val="19"/>
              </w:rPr>
            </w:r>
            <w:r>
              <w:rPr>
                <w:b/>
                <w:color w:val="FFFFFF"/>
                <w:sz w:val="19"/>
              </w:rPr>
              <w:t>Step</w:t>
            </w:r>
          </w:p>
        </w:tc>
        <w:tc>
          <w:tcPr>
            <w:tcW w:type="dxa" w:w="4986"/>
            <w:shd w:val="clear" w:color="auto" w:fill="0F3559"/>
          </w:tcPr>
          <w:p>
            <w:r>
              <w:rPr>
                <w:b/>
                <w:color w:val="FFFFFF"/>
                <w:sz w:val="19"/>
              </w:rPr>
            </w:r>
            <w:r>
              <w:rPr>
                <w:b/>
                <w:color w:val="FFFFFF"/>
                <w:sz w:val="19"/>
              </w:rPr>
              <w:t>What I noticed or did</w:t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Rehearse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Present and let the audience play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Reflection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</w:tbl>
    <w:p/>
    <w:p>
      <w:pPr>
        <w:pStyle w:val="Heading3"/>
      </w:pPr>
      <w:r>
        <w:t>My thinking</w:t>
      </w:r>
    </w:p>
    <w:p>
      <w:r>
        <w:t>I think ______________________________________ because ______________________________________.</w:t>
      </w:r>
    </w:p>
    <w:p>
      <w:r>
        <w:t>How sure am I?   ☐ Not sure   ☐ Quite sure   ☐ Very sure   Why? ______________________________</w:t>
      </w:r>
    </w:p>
    <w:p>
      <w:r>
        <w:rPr>
          <w:b/>
        </w:rPr>
        <w:t>Need a hand?</w:t>
      </w:r>
      <w:r>
        <w:t xml:space="preserve"> Speaking cards.</w:t>
      </w:r>
    </w:p>
    <w:p>
      <w:r>
        <w:rPr>
          <w:b/>
        </w:rPr>
        <w:t>Want a challenge?</w:t>
      </w:r>
      <w:r>
        <w:t xml:space="preserve"> Answer what the model can't show.</w:t>
      </w:r>
    </w:p>
    <w:p>
      <w:r>
        <w:br w:type="page"/>
      </w:r>
    </w:p>
    <w:p>
      <w:pPr>
        <w:pStyle w:val="Heading2"/>
      </w:pPr>
      <w:r>
        <w:t>Sheet 10: My reflection</w:t>
      </w:r>
    </w:p>
    <w:p>
      <w:r>
        <w:t>The most important thing I found out: ______________________________________</w:t>
      </w:r>
    </w:p>
    <w:p>
      <w:r>
        <w:t>Something that changed my mind: ______________________________________</w:t>
      </w:r>
    </w:p>
    <w:p>
      <w:r>
        <w:t>What I would investigate next: ______________________________________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F3559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F3559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F3559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F3559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